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Lesson 2 Practice Sheet – Python Syntax and Variables</w:t>
      </w:r>
    </w:p>
    <w:p>
      <w:r>
        <w:t>🧾 This practice sheet will help you master Python syntax, indentation, and variables through real examples and exercises.</w:t>
      </w:r>
    </w:p>
    <w:p>
      <w:pPr>
        <w:pStyle w:val="Heading2"/>
      </w:pPr>
      <w:r>
        <w:t>1. Quick Recap</w:t>
      </w:r>
    </w:p>
    <w:p>
      <w:r>
        <w:t>• Python uses indentation (4 spaces) to define code blocks.</w:t>
        <w:br/>
        <w:t>• Variables store data in memory and don’t need explicit type declaration.</w:t>
        <w:br/>
        <w:t>• Use `#` for single-line comments and triple quotes for multi-line comments.</w:t>
        <w:br/>
        <w:t>• Variable names are case-sensitive and must not use Python keywords.</w:t>
      </w:r>
    </w:p>
    <w:p>
      <w:pPr>
        <w:pStyle w:val="Heading2"/>
      </w:pPr>
      <w:r>
        <w:t>2. Example Exercises</w:t>
      </w:r>
    </w:p>
    <w:p>
      <w:r>
        <w:t>✅ Example 1: Proper Indentation</w:t>
      </w:r>
    </w:p>
    <w:p>
      <w:r>
        <w:t>if True:</w:t>
        <w:br/>
        <w:t xml:space="preserve">    print('This block is indented correctly')</w:t>
        <w:br/>
        <w:t xml:space="preserve">    print('Python requires consistent indentation')</w:t>
        <w:br/>
        <w:t>print('This is outside the block')</w:t>
      </w:r>
    </w:p>
    <w:p>
      <w:r>
        <w:t>✅ Example 2: Declaring Variables</w:t>
      </w:r>
    </w:p>
    <w:p>
      <w:r>
        <w:t>name = 'Alice'</w:t>
        <w:br/>
        <w:t>age = 22</w:t>
        <w:br/>
        <w:t>city = 'Hyderabad'</w:t>
        <w:br/>
        <w:t>print('Name:', name)</w:t>
        <w:br/>
        <w:t>print('Age:', age)</w:t>
        <w:br/>
        <w:t>print('City:', city)</w:t>
      </w:r>
    </w:p>
    <w:p>
      <w:pPr>
        <w:pStyle w:val="Heading2"/>
      </w:pPr>
      <w:r>
        <w:t>3. Practice Tasks</w:t>
      </w:r>
    </w:p>
    <w:p>
      <w:r>
        <w:t>Complete the following exercises in your Python editor or IDLE.</w:t>
      </w:r>
    </w:p>
    <w:p>
      <w:r>
        <w:t>🔹 Task 1: Create and Print Variables</w:t>
      </w:r>
    </w:p>
    <w:p>
      <w:r>
        <w:t>• Create variables for your name, favorite color, and age.</w:t>
        <w:br/>
        <w:t>• Print them together in one line.</w:t>
      </w:r>
    </w:p>
    <w:p>
      <w:r>
        <w:t>🔹 Task 2: Indentation Practice</w:t>
      </w:r>
    </w:p>
    <w:p>
      <w:r>
        <w:t>Write an if-statement that checks if a number is positive.</w:t>
        <w:br/>
        <w:t>Inside the block, print 'Positive number'.</w:t>
        <w:br/>
        <w:t>Outside the block, print 'Check complete.'</w:t>
      </w:r>
    </w:p>
    <w:p>
      <w:r>
        <w:t>🔹 Task 3: Multiple Assignments</w:t>
      </w:r>
    </w:p>
    <w:p>
      <w:r>
        <w:t>Assign three values (10, 20, 30) to variables x, y, z in a single line and print them.</w:t>
      </w:r>
    </w:p>
    <w:p>
      <w:r>
        <w:t>🔹 Task 4: Dynamic Typing</w:t>
      </w:r>
    </w:p>
    <w:p>
      <w:r>
        <w:t>Create a variable ‘a’ with value 10. Change it to a string, then a float, and print the type after each change.</w:t>
      </w:r>
    </w:p>
    <w:p>
      <w:r>
        <w:t>🔹 Task 5: Comments Practice</w:t>
      </w:r>
    </w:p>
    <w:p>
      <w:r>
        <w:t>Write a short Python program to display your favorite movie name.</w:t>
        <w:br/>
        <w:t>Add a comment above each line explaining what it does.</w:t>
      </w:r>
    </w:p>
    <w:p>
      <w:pPr>
        <w:pStyle w:val="Heading2"/>
      </w:pPr>
      <w:r>
        <w:t>4. Output Section (Write Your Output Below)</w:t>
      </w:r>
    </w:p>
    <w:p>
      <w:r>
        <w:t>Use this section to write down or paste your output results for each task.</w:t>
        <w:br/>
      </w:r>
    </w:p>
    <w:p>
      <w:r>
        <w:t>Task 1 Output:</w:t>
        <w:br/>
      </w:r>
    </w:p>
    <w:p>
      <w:r>
        <w:t>________________________________________________________________________________</w:t>
      </w:r>
    </w:p>
    <w:p>
      <w:r>
        <w:t>Task 2 Output:</w:t>
        <w:br/>
      </w:r>
    </w:p>
    <w:p>
      <w:r>
        <w:t>________________________________________________________________________________</w:t>
      </w:r>
    </w:p>
    <w:p>
      <w:r>
        <w:t>Task 3 Output:</w:t>
        <w:br/>
      </w:r>
    </w:p>
    <w:p>
      <w:r>
        <w:t>________________________________________________________________________________</w:t>
      </w:r>
    </w:p>
    <w:p>
      <w:r>
        <w:t>Task 4 Output:</w:t>
        <w:br/>
      </w:r>
    </w:p>
    <w:p>
      <w:r>
        <w:t>________________________________________________________________________________</w:t>
      </w:r>
    </w:p>
    <w:p>
      <w:r>
        <w:t>Task 5 Output:</w:t>
        <w:br/>
      </w:r>
    </w:p>
    <w:p>
      <w:r>
        <w:t>________________________________________________________________________________</w:t>
      </w:r>
    </w:p>
    <w:p>
      <w:pPr>
        <w:pStyle w:val="Heading2"/>
      </w:pPr>
      <w:r>
        <w:t>5. Reflection</w:t>
      </w:r>
    </w:p>
    <w:p>
      <w:r>
        <w:t>✅ What did you learn from this lesson?</w:t>
      </w:r>
    </w:p>
    <w:p>
      <w:r>
        <w:t>✅ Which part did you find most challenging?</w:t>
      </w:r>
    </w:p>
    <w:p>
      <w:r>
        <w:t>✅ How can you apply variables and indentation in real-world Python programs?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