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Lesson 3 Practice Sheet – Operators and Expressions</w:t>
      </w:r>
    </w:p>
    <w:p>
      <w:r>
        <w:t>🧾 This practice sheet will help you strengthen your understanding of Python operators and expressions through simple examples and coding exercises.</w:t>
      </w:r>
    </w:p>
    <w:p>
      <w:pPr>
        <w:pStyle w:val="Heading2"/>
      </w:pPr>
      <w:r>
        <w:t>1. Quick Recap</w:t>
      </w:r>
    </w:p>
    <w:p>
      <w:r>
        <w:t>• Operators perform actions on values or variables.</w:t>
        <w:br/>
        <w:t>• Expressions combine values, variables, and operators to produce results.</w:t>
        <w:br/>
        <w:t>• Common types: Arithmetic, Comparison, Logical, Assignment, and Bitwise operators.</w:t>
      </w:r>
    </w:p>
    <w:p>
      <w:pPr>
        <w:pStyle w:val="Heading2"/>
      </w:pPr>
      <w:r>
        <w:t>2. Example Exercises</w:t>
      </w:r>
    </w:p>
    <w:p>
      <w:r>
        <w:t>✅ Example 1: Arithmetic Operators</w:t>
      </w:r>
    </w:p>
    <w:p>
      <w:r>
        <w:t>a = 15</w:t>
        <w:br/>
        <w:t>b = 4</w:t>
        <w:br/>
        <w:t>print('Addition:', a + b)</w:t>
        <w:br/>
        <w:t>print('Division:', a / b)</w:t>
        <w:br/>
        <w:t>print('Floor Division:', a // b)</w:t>
        <w:br/>
        <w:t>print('Power:', a ** b)</w:t>
      </w:r>
    </w:p>
    <w:p>
      <w:r>
        <w:t>✅ Example 2: Comparison Operators</w:t>
      </w:r>
    </w:p>
    <w:p>
      <w:r>
        <w:t>x, y = 10, 20</w:t>
        <w:br/>
        <w:t>print(x == y)  # False</w:t>
        <w:br/>
        <w:t>print(x &lt; y)   # True</w:t>
      </w:r>
    </w:p>
    <w:p>
      <w:r>
        <w:t>✅ Example 3: Logical Operators</w:t>
      </w:r>
    </w:p>
    <w:p>
      <w:r>
        <w:t>age = 25</w:t>
        <w:br/>
        <w:t>has_id = True</w:t>
        <w:br/>
        <w:t>print(age &gt; 18 and has_id)  # True</w:t>
      </w:r>
    </w:p>
    <w:p>
      <w:pPr>
        <w:pStyle w:val="Heading2"/>
      </w:pPr>
      <w:r>
        <w:t>3. Practice Tasks</w:t>
      </w:r>
    </w:p>
    <w:p>
      <w:r>
        <w:t>Complete these exercises to test your understanding.</w:t>
      </w:r>
    </w:p>
    <w:p>
      <w:r>
        <w:t>🔹 Task 1: Arithmetic Practice</w:t>
      </w:r>
    </w:p>
    <w:p>
      <w:r>
        <w:t>Write a program to calculate the area and perimeter of a rectangle using length and width variables.</w:t>
      </w:r>
    </w:p>
    <w:p>
      <w:r>
        <w:t>🔹 Task 2: Comparison Operators</w:t>
      </w:r>
    </w:p>
    <w:p>
      <w:r>
        <w:t>Take two numbers as input and print whether the first number is greater, smaller, or equal to the second.</w:t>
      </w:r>
    </w:p>
    <w:p>
      <w:r>
        <w:t>🔹 Task 3: Logical Operators</w:t>
      </w:r>
    </w:p>
    <w:p>
      <w:r>
        <w:t>Check if a number is both positive and even using logical operators.</w:t>
      </w:r>
    </w:p>
    <w:p>
      <w:r>
        <w:t>🔹 Task 4: Assignment Operators</w:t>
      </w:r>
    </w:p>
    <w:p>
      <w:r>
        <w:t>Start with x = 10. Use assignment operators (+=, -=, *=, /=) to perform operations and print x each time.</w:t>
      </w:r>
    </w:p>
    <w:p>
      <w:r>
        <w:t>🔹 Task 5: Bitwise Operators</w:t>
      </w:r>
    </w:p>
    <w:p>
      <w:r>
        <w:t>Use bitwise AND, OR, and XOR on 5 and 3. Print their results.</w:t>
      </w:r>
    </w:p>
    <w:p>
      <w:pPr>
        <w:pStyle w:val="Heading2"/>
      </w:pPr>
      <w:r>
        <w:t>4. Output Section (Write Your Output Below)</w:t>
      </w:r>
    </w:p>
    <w:p>
      <w:r>
        <w:t>Task 1 Output:</w:t>
        <w:br/>
      </w:r>
    </w:p>
    <w:p>
      <w:r>
        <w:t>________________________________________________________________________________</w:t>
      </w:r>
    </w:p>
    <w:p>
      <w:r>
        <w:t>Task 2 Output:</w:t>
        <w:br/>
      </w:r>
    </w:p>
    <w:p>
      <w:r>
        <w:t>________________________________________________________________________________</w:t>
      </w:r>
    </w:p>
    <w:p>
      <w:r>
        <w:t>Task 3 Output:</w:t>
        <w:br/>
      </w:r>
    </w:p>
    <w:p>
      <w:r>
        <w:t>________________________________________________________________________________</w:t>
      </w:r>
    </w:p>
    <w:p>
      <w:r>
        <w:t>Task 4 Output:</w:t>
        <w:br/>
      </w:r>
    </w:p>
    <w:p>
      <w:r>
        <w:t>________________________________________________________________________________</w:t>
      </w:r>
    </w:p>
    <w:p>
      <w:r>
        <w:t>Task 5 Output:</w:t>
        <w:br/>
      </w:r>
    </w:p>
    <w:p>
      <w:r>
        <w:t>________________________________________________________________________________</w:t>
      </w:r>
    </w:p>
    <w:p>
      <w:pPr>
        <w:pStyle w:val="Heading2"/>
      </w:pPr>
      <w:r>
        <w:t>5. Reflection</w:t>
      </w:r>
    </w:p>
    <w:p>
      <w:r>
        <w:t>✅ What types of operators did you find easiest to use?</w:t>
      </w:r>
    </w:p>
    <w:p>
      <w:r>
        <w:t>✅ How can logical and comparison operators work together in a real project?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