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Lesson 5 Practice Sheet – Conditional Statements</w:t>
      </w:r>
    </w:p>
    <w:p>
      <w:r>
        <w:t>🧾 This practice sheet helps you master Python conditional statements including if, elif, else, nested conditions, and shorthand syntax.</w:t>
      </w:r>
    </w:p>
    <w:p>
      <w:pPr>
        <w:pStyle w:val="Heading2"/>
      </w:pPr>
      <w:r>
        <w:t>1. Quick Recap</w:t>
      </w:r>
    </w:p>
    <w:p>
      <w:r>
        <w:t>• Conditional statements control program flow based on conditions.</w:t>
        <w:br/>
        <w:t>• Syntax:</w:t>
        <w:br/>
        <w:t xml:space="preserve">    if condition:</w:t>
        <w:br/>
        <w:t xml:space="preserve">        # code block</w:t>
        <w:br/>
        <w:t xml:space="preserve">    elif condition:</w:t>
        <w:br/>
        <w:t xml:space="preserve">        # code block</w:t>
        <w:br/>
        <w:t xml:space="preserve">    else:</w:t>
        <w:br/>
        <w:t xml:space="preserve">        # code block</w:t>
        <w:br/>
        <w:t>• Conditions use comparison and logical operators to return True or False.</w:t>
      </w:r>
    </w:p>
    <w:p>
      <w:pPr>
        <w:pStyle w:val="Heading2"/>
      </w:pPr>
      <w:r>
        <w:t>2. Example Exercises</w:t>
      </w:r>
    </w:p>
    <w:p>
      <w:r>
        <w:t>✅ Example 1: Simple If Statement</w:t>
      </w:r>
    </w:p>
    <w:p>
      <w:r>
        <w:t>x = 10</w:t>
        <w:br/>
        <w:t>if x &gt; 5:</w:t>
        <w:br/>
        <w:t xml:space="preserve">    print('x is greater than 5')</w:t>
      </w:r>
    </w:p>
    <w:p>
      <w:r>
        <w:t>✅ Example 2: If...Else Statement</w:t>
      </w:r>
    </w:p>
    <w:p>
      <w:r>
        <w:t>num = int(input('Enter a number: '))</w:t>
        <w:br/>
        <w:t>if num % 2 == 0:</w:t>
        <w:br/>
        <w:t xml:space="preserve">    print('Even number')</w:t>
        <w:br/>
        <w:t>else:</w:t>
        <w:br/>
        <w:t xml:space="preserve">    print('Odd number')</w:t>
      </w:r>
    </w:p>
    <w:p>
      <w:r>
        <w:t>✅ Example 3: If...Elif...Else Statement</w:t>
      </w:r>
    </w:p>
    <w:p>
      <w:r>
        <w:t>marks = 85</w:t>
        <w:br/>
        <w:t>if marks &gt;= 90:</w:t>
        <w:br/>
        <w:t xml:space="preserve">    print('Grade A')</w:t>
        <w:br/>
        <w:t>elif marks &gt;= 75:</w:t>
        <w:br/>
        <w:t xml:space="preserve">    print('Grade B')</w:t>
        <w:br/>
        <w:t>elif marks &gt;= 50:</w:t>
        <w:br/>
        <w:t xml:space="preserve">    print('Grade C')</w:t>
        <w:br/>
        <w:t>else:</w:t>
        <w:br/>
        <w:t xml:space="preserve">    print('Fail')</w:t>
      </w:r>
    </w:p>
    <w:p>
      <w:r>
        <w:t>✅ Example 4: Nested If Statement</w:t>
      </w:r>
    </w:p>
    <w:p>
      <w:r>
        <w:t>age = 25</w:t>
        <w:br/>
        <w:t>citizen = True</w:t>
        <w:br/>
        <w:t>if age &gt;= 18:</w:t>
        <w:br/>
        <w:t xml:space="preserve">    if citizen:</w:t>
        <w:br/>
        <w:t xml:space="preserve">        print('Eligible to vote')</w:t>
        <w:br/>
        <w:t xml:space="preserve">    else:</w:t>
        <w:br/>
        <w:t xml:space="preserve">        print('Not a citizen')</w:t>
        <w:br/>
        <w:t>else:</w:t>
        <w:br/>
        <w:t xml:space="preserve">    print('Underage')</w:t>
      </w:r>
    </w:p>
    <w:p>
      <w:pPr>
        <w:pStyle w:val="Heading2"/>
      </w:pPr>
      <w:r>
        <w:t>3. Practice Tasks</w:t>
      </w:r>
    </w:p>
    <w:p>
      <w:r>
        <w:t>Complete the following exercises in your Python editor.</w:t>
      </w:r>
    </w:p>
    <w:p>
      <w:r>
        <w:t>🔹 Task 1: Positive or Negative Checker</w:t>
      </w:r>
    </w:p>
    <w:p>
      <w:r>
        <w:t>Ask the user for a number and print whether it is positive, negative, or zero.</w:t>
      </w:r>
    </w:p>
    <w:p>
      <w:r>
        <w:t>🔹 Task 2: Grade Calculator</w:t>
      </w:r>
    </w:p>
    <w:p>
      <w:r>
        <w:t>Take marks as input and print Grade A, B, C, or Fail based on the range.</w:t>
      </w:r>
    </w:p>
    <w:p>
      <w:r>
        <w:t>🔹 Task 3: Leap Year Checker</w:t>
      </w:r>
    </w:p>
    <w:p>
      <w:r>
        <w:t>Ask for a year and print whether it is a leap year or not.</w:t>
      </w:r>
    </w:p>
    <w:p>
      <w:r>
        <w:t>🔹 Task 4: Login System</w:t>
      </w:r>
    </w:p>
    <w:p>
      <w:r>
        <w:t>Take a username and password as input and check if both match the stored credentials.</w:t>
      </w:r>
    </w:p>
    <w:p>
      <w:r>
        <w:t>🔹 Task 5: Temperature Category</w:t>
      </w:r>
    </w:p>
    <w:p>
      <w:r>
        <w:t>Ask the user for temperature and print 'Cold' (&lt;15°C), 'Warm' (15–30°C), or 'Hot' (&gt;30°C).</w:t>
      </w:r>
    </w:p>
    <w:p>
      <w:pPr>
        <w:pStyle w:val="Heading2"/>
      </w:pPr>
      <w:r>
        <w:t>4. Output Section (Write Your Output Below)</w:t>
      </w:r>
    </w:p>
    <w:p>
      <w:r>
        <w:t>Task 1 Output:</w:t>
        <w:br/>
      </w:r>
    </w:p>
    <w:p>
      <w:r>
        <w:t>________________________________________________________________________________</w:t>
      </w:r>
    </w:p>
    <w:p>
      <w:r>
        <w:t>Task 2 Output:</w:t>
        <w:br/>
      </w:r>
    </w:p>
    <w:p>
      <w:r>
        <w:t>________________________________________________________________________________</w:t>
      </w:r>
    </w:p>
    <w:p>
      <w:r>
        <w:t>Task 3 Output:</w:t>
        <w:br/>
      </w:r>
    </w:p>
    <w:p>
      <w:r>
        <w:t>________________________________________________________________________________</w:t>
      </w:r>
    </w:p>
    <w:p>
      <w:r>
        <w:t>Task 4 Output:</w:t>
        <w:br/>
      </w:r>
    </w:p>
    <w:p>
      <w:r>
        <w:t>________________________________________________________________________________</w:t>
      </w:r>
    </w:p>
    <w:p>
      <w:r>
        <w:t>Task 5 Output:</w:t>
        <w:br/>
      </w:r>
    </w:p>
    <w:p>
      <w:r>
        <w:t>________________________________________________________________________________</w:t>
      </w:r>
    </w:p>
    <w:p>
      <w:pPr>
        <w:pStyle w:val="Heading2"/>
      </w:pPr>
      <w:r>
        <w:t>5. Reflection</w:t>
      </w:r>
    </w:p>
    <w:p>
      <w:r>
        <w:t>✅ What types of conditions are commonly used in your programs?</w:t>
      </w:r>
    </w:p>
    <w:p>
      <w:r>
        <w:t>✅ How can nested if statements be replaced using logical operators?</w:t>
      </w:r>
    </w:p>
    <w:p>
      <w:r>
        <w:t>✅ Write one real-world example where conditional statements can be applied.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